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תנועת ההשכלה היהודית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תרגול מושגים, ציר זמן, דמויות, סיבה ותוצאה וניתוח מקור ביחידה "תנועת ההשכלה היהודית".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 · תיכון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https://historia-et-hachadasha.sites.tab.bot/yechida-haskala.html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הדף מבוסס על תוכן עמוד היחידה באתר (מושגים, ציר זמן, דמויות, מקורות).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חייו של נפתלי הרץ ויזל 1725–1805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'הקיצה עמי' של יל"ג – 1863 (פורסם 1866)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'חינוך נערים' בברלין – 1778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לוודא: שנות פרסום תרגום מנדלסון 1780–1783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בוחרים תשובה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תנועה יהודית שקראה לשלב השכלה כללית ותרבות אירופית בחיים היהודיים.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איש תנועת ההשכלה, שלמד גם לימודים כלליים ופעל להפצתם.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פירוש עברי לתורה שליווה את תרגום מנדלסון לגרמנית.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משלימים מילה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'המאסף'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תורת האדם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חינוך מודרני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תחיית העברית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מי עשה מה?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אבי ההשכלה; תרגום התורה לגרמנית והספר 'ירושלים'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משורר ומשכיל; 'דברי שלום ואמת' (1782)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'אבי ההשכלה ברוסיה'; 'תעודה בישראל'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מחבר הרומן העברי הראשון 'אהבת ציון'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נכון או לא נכון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1828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השנה הנכונה: 1863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מה קרה קודם?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נוסד בית הספר 'חינוך נערים' בברלין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מנדלסון מפרסם את 'ירושלים'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מותו של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יהודה לייב גורדון מפרסם את השיר 'הקיצה עמי'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כותבים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2–3 משפטים נכונים; שימוש במושג אחד לפחות.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📚 תנועת ההשכלה היהודית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היום נתרגל את הנושא "תנועת ההשכלה היהודית". קראו לאט, אפשר להיעזר בבנק המילים.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'המאסף'  |  תורת האדם  |  חינוך מודרני  |  תחיית העברית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פירוש המושג "השכלה"?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הקריאה של המשכילים לעבור לעיסוקים 'יצרניים' כמו מלאכה וחקלאות.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תנועה יהודית שקראה לשלב השכלה כללית ותרבות אירופית בחיים היהודיים.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רבנים ומנהיגי קהילות שחששו שההשכלה תפגע במסורת ותוביל להתבוללות.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פירוש המושג "משכיל"?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כתב העת העברי הראשון של המשכילים, שהחל לצאת לאור ב-1783–1784.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תנועה יהודית שקראה לשלב השכלה כללית ותרבות אירופית בחיים היהודיים.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איש תנועת ההשכלה, שלמד גם לימודים כלליים ופעל להפצתם.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פירוש המושג "ה'ביאור'"?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כתב העת העברי הראשון של המשכילים, שהחל לצאת לאור ב-1783–1784.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פירוש עברי לתורה שליווה את תרגום מנדלסון לגרמנית.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תנועה יהודית שקראה לשלב השכלה כללית ותרבות אירופית בחיים היהודיים.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על הקו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כתב העת העברי הראשון של המשכילים, שהחל לצאת לאור ב-1783–1784.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2. מונח של ויזל לידע הכללי – מוסר, שפות, מדעים ומקצועות.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בתי ספר ששילבו לימודי קודש עם חשבון, שפות ומדעים. ← 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4. חידוש השימוש בעברית ככלי לספרות, לשירה ולעיתונות. ←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 עשה מה?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הדמות לתיאור.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משה מנדלסון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מחבר הרומן העברי הראשון 'אהבת ציון'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נפתלי הרץ ויזל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משורר ומשכיל; 'דברי שלום ואמת' (1782)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יצחק בער לוינזון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אבי ההשכלה; תרגום התורה לגרמנית והספר 'ירושלים'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אברהם מאפו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'אבי ההשכלה ברוסיה'; 'תעודה בישראל'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 במשבצת הנכונה.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1780–1783: יצחק בער לוינזון מפרסם את 'תעודה בישראל'.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המשכילים רצו ללמוד גם מדע ושפות.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בשנת 1783: יהודה לייב גורדון מפרסם את השיר 'הקיצה עמי'.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ההשכלה הייתה תנועה של יהודים.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מה קרה קודם?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מספרו 1, 2, 3, 4 לפי הסדר.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מותו של משה מנדלסון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מנדלסון מפרסם את 'ירושלים'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נוסד בית הספר 'חינוך נערים' בברלין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יהודה לייב גורדון מפרסם את השיר 'הקיצה עמי'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ו׳ – כותבים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מה למדתם על "תנועת ההשכלה היהודית"? כתבו 2–3 משפטים.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"למדתי ש..."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השתמשו במילה אחת מבנק המילים.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שזכרתי מהיחידה: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תנועת ההשכלה היהודית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