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תנועת ההשכלה היהודית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מושגים, ציר זמן, דמויות, סיבה ותוצאה וניתוח מקור ביחידה "תנועת ההשכלה היהודית".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https://historia-et-hachadasha.sites.tab.bot/yechida-haskala.html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קוראים ומבינים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1778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1786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תנועה יהודית שקראה לשלב השכלה כללית ותרבות אירופית בחיים היהודיים.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איש תנועת ההשכלה, שלמד גם לימודים כלליים ופעל להפצתם.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פירוש עברי לתורה שליווה את תרגום מנדלסון לגרמנית.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אבי ההשכלה; תרגום התורה לגרמנית והספר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משורר ומשכיל; 'דברי שלום ואמת'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'אבי ההשכלה ברוסיה'; 'תעודה בישראל'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מחבר הרומן העברי הראשון 'אהבת ציון'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סדר הזמן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 בית הספר 'חינוך נערים' בברלין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מנדלסון מפרסם את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מותו של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יהודה לייב גורדון מפרסם את השיר 'הקיצה עמי'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משפטים קצרים; 2 מילים מהמילון.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📚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המשפטים הקצרים. אחר כך ענו על השאלות.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תנועה יהודית שקראה לשלב השכלה כללית ותרבות אירופית בחיים היהודיים.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משכיל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איש תנועת ההשכלה, שלמד גם לימודים כלליים ופעל להפצתם. (maskil (supporter of the Haskalah))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ה'ביאור'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פירוש עברי לתורה שליווה את תרגום מנדלסון לגרמנית.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'המאסף'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 העת העברי הראשון של המשכילים, שהחל לצאת לאור ב-1783–1784.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תורת האדם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מונח של ויזל לידע הכללי – מוסר, שפות, מדעים ומקצועות.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חינוך מודרני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בתי ספר ששילבו לימודי קודש עם חשבון, שפות ומדעים. (education)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סמנו: נכון או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 היה מנהיג חשוב של ההשכלה.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רצו ללמוד גם מדע ושפות.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ההשכלה הייתה תנועה של יהודים.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1780–1783: נוסד בית הספר 'חינוך נערים' בברלין.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המשכילים הקימו בתי ספר חדשים.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1783: מותו של משה מנדלסון.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פירוש המושג "השכלה"?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חקר תולדות היהודים, ספרותם ומסורתם בשיטות מחקר מודרניות.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"משכיל"?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חקר תולדות היהודים, ספרותם ומסורתם בשיטות מחקר מודרניות.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מונח של ויזל לידע הכללי – מוסר, שפות, מדעים ומקצועות.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"ה'ביאור'"?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פירוש עברי לתורה שליווה את תרגום מנדלסון לגרמנית.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מונח של ויזל לידע הכללי – מוסר, שפות, מדעים ומקצועות.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התאימו: שם ← מה הוא עשה.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מחבר הרומן העברי הראשון 'אהבת ציון'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נפתלי הרץ ויזל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אבי ההשכלה; תרגום התורה לגרמנית והספר 'ירושלים'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יצחק בער לוינזון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'אבי ההשכלה ברוסיה'; 'תעודה בישראל'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אברהם מאפו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משורר ומשכיל; 'דברי שלום ואמת' (1782)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סדר הזמן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מספרו 1–4: מה היה ראשון? מה היה אחרון?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מנדלסון מפרסם את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נוסד בית הספר 'חינוך נערים' בברלין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יהודה לייב גורדון מפרסם את השיר 'הקיצה עמי'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מותו של משה מנדלסון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כותבים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קצרים על "תנועת ההשכלה היהודית". השתמשו ב-2 מילים מהמילון.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1: מתי ואיפה?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2: מה קרה?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 3: מה חשוב בזה?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בעברית: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שהבנתי: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תנועת ההשכלה היהודית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